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5210ED" w14:textId="77777777" w:rsidR="000B110E" w:rsidRDefault="00000000" w:rsidP="00BF31C8">
      <w:pPr>
        <w:pStyle w:val="Ttulo1"/>
        <w:jc w:val="both"/>
        <w:rPr>
          <w:rFonts w:ascii="Arial" w:hAnsi="Arial" w:cs="Arial"/>
          <w:color w:val="000000" w:themeColor="text1"/>
          <w:lang w:val="es-AR"/>
        </w:rPr>
      </w:pPr>
      <w:r w:rsidRPr="00BF31C8">
        <w:rPr>
          <w:rFonts w:ascii="Arial" w:hAnsi="Arial" w:cs="Arial"/>
          <w:color w:val="000000" w:themeColor="text1"/>
          <w:lang w:val="es-AR"/>
        </w:rPr>
        <w:t>FICHA MÉDICA – NIVEL INICIAL</w:t>
      </w:r>
    </w:p>
    <w:p w14:paraId="1D13471E" w14:textId="77777777" w:rsidR="00BF31C8" w:rsidRPr="00BF31C8" w:rsidRDefault="00BF31C8" w:rsidP="00BF31C8">
      <w:pPr>
        <w:jc w:val="both"/>
        <w:rPr>
          <w:lang w:val="es-AR"/>
        </w:rPr>
      </w:pPr>
    </w:p>
    <w:p w14:paraId="0A605CEC" w14:textId="77777777" w:rsidR="000B110E" w:rsidRPr="00BF31C8" w:rsidRDefault="00000000" w:rsidP="00BF31C8">
      <w:pPr>
        <w:jc w:val="both"/>
        <w:rPr>
          <w:rFonts w:ascii="Arial" w:hAnsi="Arial" w:cs="Arial"/>
          <w:b/>
          <w:bCs/>
          <w:sz w:val="24"/>
          <w:szCs w:val="24"/>
          <w:lang w:val="es-AR"/>
        </w:rPr>
      </w:pPr>
      <w:r w:rsidRPr="00BF31C8">
        <w:rPr>
          <w:rFonts w:ascii="Arial" w:hAnsi="Arial" w:cs="Arial"/>
          <w:b/>
          <w:bCs/>
          <w:sz w:val="24"/>
          <w:szCs w:val="24"/>
          <w:lang w:val="es-AR"/>
        </w:rPr>
        <w:t>Ciclo lectivo: ____________        Fecha: ____ / ____ / ______</w:t>
      </w:r>
    </w:p>
    <w:p w14:paraId="2DD970EC" w14:textId="77777777" w:rsidR="000B110E" w:rsidRPr="00BF31C8" w:rsidRDefault="00000000" w:rsidP="00BF31C8">
      <w:pPr>
        <w:spacing w:line="360" w:lineRule="auto"/>
        <w:jc w:val="both"/>
        <w:rPr>
          <w:rFonts w:ascii="Arial" w:hAnsi="Arial" w:cs="Arial"/>
          <w:lang w:val="es-AR"/>
        </w:rPr>
      </w:pPr>
      <w:r w:rsidRPr="00BF31C8">
        <w:rPr>
          <w:rFonts w:ascii="Arial" w:hAnsi="Arial" w:cs="Arial"/>
          <w:lang w:val="es-AR"/>
        </w:rPr>
        <w:t>Declaro que los datos consignados en la presente ficha médica tienen carácter de declaración jurada, son veraces y me comprometo a mantenerlos actualizados ante cualquier modificación.</w:t>
      </w:r>
    </w:p>
    <w:p w14:paraId="4FA4F34C" w14:textId="310A311C" w:rsidR="00BF31C8" w:rsidRPr="00931682" w:rsidRDefault="00BF31C8" w:rsidP="00931682">
      <w:pPr>
        <w:pStyle w:val="Ttulo2"/>
        <w:spacing w:line="480" w:lineRule="auto"/>
        <w:rPr>
          <w:rFonts w:ascii="Arial" w:hAnsi="Arial" w:cs="Arial"/>
          <w:color w:val="000000" w:themeColor="text1"/>
          <w:sz w:val="24"/>
          <w:szCs w:val="24"/>
          <w:lang w:val="es-AR"/>
        </w:rPr>
      </w:pPr>
      <w:r>
        <w:rPr>
          <w:rFonts w:ascii="Arial" w:hAnsi="Arial" w:cs="Arial"/>
          <w:color w:val="000000" w:themeColor="text1"/>
          <w:sz w:val="24"/>
          <w:szCs w:val="24"/>
          <w:lang w:val="es-AR"/>
        </w:rPr>
        <w:t>1-</w:t>
      </w:r>
      <w:r w:rsidRPr="00BF31C8">
        <w:rPr>
          <w:rFonts w:ascii="Arial" w:hAnsi="Arial" w:cs="Arial"/>
          <w:color w:val="000000" w:themeColor="text1"/>
          <w:sz w:val="24"/>
          <w:szCs w:val="24"/>
          <w:lang w:val="es-AR"/>
        </w:rPr>
        <w:t>Datos de</w:t>
      </w:r>
      <w:r w:rsidR="00BF2F50">
        <w:rPr>
          <w:rFonts w:ascii="Arial" w:hAnsi="Arial" w:cs="Arial"/>
          <w:color w:val="000000" w:themeColor="text1"/>
          <w:sz w:val="24"/>
          <w:szCs w:val="24"/>
          <w:lang w:val="es-AR"/>
        </w:rPr>
        <w:t>l alumno/a</w:t>
      </w:r>
    </w:p>
    <w:p w14:paraId="3B36E434" w14:textId="77777777" w:rsidR="000B110E" w:rsidRPr="00BF31C8" w:rsidRDefault="00000000" w:rsidP="00931682">
      <w:pPr>
        <w:spacing w:line="360" w:lineRule="auto"/>
        <w:jc w:val="both"/>
        <w:rPr>
          <w:rFonts w:ascii="Arial" w:hAnsi="Arial" w:cs="Arial"/>
          <w:lang w:val="es-AR"/>
        </w:rPr>
      </w:pPr>
      <w:r w:rsidRPr="00BF31C8">
        <w:rPr>
          <w:rFonts w:ascii="Arial" w:hAnsi="Arial" w:cs="Arial"/>
          <w:lang w:val="es-AR"/>
        </w:rPr>
        <w:t>Apellido y nombre: ______________________________________________</w:t>
      </w:r>
    </w:p>
    <w:p w14:paraId="43DD7C67" w14:textId="77777777" w:rsidR="000B110E" w:rsidRPr="00BF31C8" w:rsidRDefault="00000000" w:rsidP="00931682">
      <w:pPr>
        <w:spacing w:line="360" w:lineRule="auto"/>
        <w:jc w:val="both"/>
        <w:rPr>
          <w:rFonts w:ascii="Arial" w:hAnsi="Arial" w:cs="Arial"/>
          <w:lang w:val="es-AR"/>
        </w:rPr>
      </w:pPr>
      <w:r w:rsidRPr="00BF31C8">
        <w:rPr>
          <w:rFonts w:ascii="Arial" w:hAnsi="Arial" w:cs="Arial"/>
          <w:lang w:val="es-AR"/>
        </w:rPr>
        <w:t>Fecha de nacimiento: ______________________   DNI: ______________________</w:t>
      </w:r>
    </w:p>
    <w:p w14:paraId="27AE1923" w14:textId="2579796E" w:rsidR="00BF31C8" w:rsidRDefault="00000000" w:rsidP="00931682">
      <w:pPr>
        <w:spacing w:line="360" w:lineRule="auto"/>
        <w:jc w:val="both"/>
        <w:rPr>
          <w:rFonts w:ascii="Arial" w:hAnsi="Arial" w:cs="Arial"/>
          <w:lang w:val="es-AR"/>
        </w:rPr>
      </w:pPr>
      <w:r w:rsidRPr="00BF31C8">
        <w:rPr>
          <w:rFonts w:ascii="Arial" w:hAnsi="Arial" w:cs="Arial"/>
          <w:lang w:val="es-AR"/>
        </w:rPr>
        <w:t>Sala: ____________   Turno: ____________</w:t>
      </w:r>
    </w:p>
    <w:p w14:paraId="4CB761C4" w14:textId="02B6F8D5" w:rsidR="00931682" w:rsidRPr="00931682" w:rsidRDefault="00000000" w:rsidP="00931682">
      <w:pPr>
        <w:pStyle w:val="Ttulo2"/>
        <w:spacing w:line="480" w:lineRule="auto"/>
        <w:jc w:val="both"/>
        <w:rPr>
          <w:rFonts w:ascii="Arial" w:hAnsi="Arial" w:cs="Arial"/>
          <w:color w:val="000000" w:themeColor="text1"/>
          <w:sz w:val="24"/>
          <w:szCs w:val="24"/>
          <w:lang w:val="es-AR"/>
        </w:rPr>
      </w:pPr>
      <w:r w:rsidRPr="00BF31C8">
        <w:rPr>
          <w:rFonts w:ascii="Arial" w:hAnsi="Arial" w:cs="Arial"/>
          <w:color w:val="000000" w:themeColor="text1"/>
          <w:sz w:val="24"/>
          <w:szCs w:val="24"/>
          <w:lang w:val="es-AR"/>
        </w:rPr>
        <w:t>2. Contactos de urgencia</w:t>
      </w:r>
    </w:p>
    <w:p w14:paraId="178F0931" w14:textId="6729F06A" w:rsidR="000B110E" w:rsidRPr="00BF31C8" w:rsidRDefault="00000000" w:rsidP="00931682">
      <w:pPr>
        <w:spacing w:line="360" w:lineRule="auto"/>
        <w:jc w:val="both"/>
        <w:rPr>
          <w:rFonts w:ascii="Arial" w:hAnsi="Arial" w:cs="Arial"/>
          <w:lang w:val="es-AR"/>
        </w:rPr>
      </w:pPr>
      <w:r w:rsidRPr="00BF31C8">
        <w:rPr>
          <w:rFonts w:ascii="Arial" w:hAnsi="Arial" w:cs="Arial"/>
          <w:lang w:val="es-AR"/>
        </w:rPr>
        <w:t>Teléfono principal: _____________________</w:t>
      </w:r>
    </w:p>
    <w:p w14:paraId="65605585" w14:textId="3A7CF759" w:rsidR="000B110E" w:rsidRPr="00BF31C8" w:rsidRDefault="00000000" w:rsidP="00931682">
      <w:pPr>
        <w:spacing w:line="360" w:lineRule="auto"/>
        <w:jc w:val="both"/>
        <w:rPr>
          <w:rFonts w:ascii="Arial" w:hAnsi="Arial" w:cs="Arial"/>
          <w:lang w:val="es-AR"/>
        </w:rPr>
      </w:pPr>
      <w:r w:rsidRPr="00BF31C8">
        <w:rPr>
          <w:rFonts w:ascii="Arial" w:hAnsi="Arial" w:cs="Arial"/>
          <w:lang w:val="es-AR"/>
        </w:rPr>
        <w:t>Teléfono alternativo: ___________________</w:t>
      </w:r>
    </w:p>
    <w:p w14:paraId="1772AD92" w14:textId="496B7245" w:rsidR="00931682" w:rsidRPr="00BF31C8" w:rsidRDefault="00000000" w:rsidP="00931682">
      <w:pPr>
        <w:spacing w:line="480" w:lineRule="auto"/>
        <w:jc w:val="both"/>
        <w:rPr>
          <w:rFonts w:ascii="Arial" w:hAnsi="Arial" w:cs="Arial"/>
          <w:lang w:val="es-AR"/>
        </w:rPr>
      </w:pPr>
      <w:r w:rsidRPr="00BF31C8">
        <w:rPr>
          <w:rFonts w:ascii="Arial" w:hAnsi="Arial" w:cs="Arial"/>
          <w:lang w:val="es-AR"/>
        </w:rPr>
        <w:t>Persona de contacto: __________________</w:t>
      </w:r>
    </w:p>
    <w:p w14:paraId="3CF76436" w14:textId="79CC31BF" w:rsidR="00931682" w:rsidRPr="00931682" w:rsidRDefault="00000000" w:rsidP="00931682">
      <w:pPr>
        <w:pStyle w:val="Ttulo2"/>
        <w:spacing w:line="480" w:lineRule="auto"/>
        <w:jc w:val="both"/>
        <w:rPr>
          <w:rFonts w:ascii="Arial" w:hAnsi="Arial" w:cs="Arial"/>
          <w:color w:val="000000" w:themeColor="text1"/>
          <w:sz w:val="24"/>
          <w:szCs w:val="24"/>
          <w:lang w:val="es-AR"/>
        </w:rPr>
      </w:pPr>
      <w:r w:rsidRPr="00BF31C8">
        <w:rPr>
          <w:rFonts w:ascii="Arial" w:hAnsi="Arial" w:cs="Arial"/>
          <w:color w:val="000000" w:themeColor="text1"/>
          <w:sz w:val="24"/>
          <w:szCs w:val="24"/>
          <w:lang w:val="es-AR"/>
        </w:rPr>
        <w:t>3. Vacunas</w:t>
      </w:r>
    </w:p>
    <w:p w14:paraId="7529332D" w14:textId="33AAFBCC" w:rsidR="000B110E" w:rsidRPr="00BF31C8" w:rsidRDefault="00BF31C8" w:rsidP="00931682">
      <w:pPr>
        <w:spacing w:line="480" w:lineRule="auto"/>
        <w:jc w:val="both"/>
        <w:rPr>
          <w:rFonts w:ascii="Arial" w:hAnsi="Arial" w:cs="Arial"/>
          <w:u w:val="single"/>
          <w:lang w:val="es-AR"/>
        </w:rPr>
      </w:pPr>
      <w:r w:rsidRPr="00BF31C8">
        <w:rPr>
          <w:rFonts w:ascii="Arial" w:hAnsi="Arial" w:cs="Arial"/>
          <w:b/>
          <w:u w:val="single"/>
          <w:lang w:val="es-AR"/>
        </w:rPr>
        <w:t>ES OBLIGATORIO ADJUNTAR COPIA DEL CERTIFICADO DE VACUNACIÓN ACTUALIZADO</w:t>
      </w:r>
    </w:p>
    <w:p w14:paraId="489D4DA4" w14:textId="77777777" w:rsidR="000B110E" w:rsidRPr="00BF31C8" w:rsidRDefault="00000000" w:rsidP="00BF31C8">
      <w:pPr>
        <w:pStyle w:val="Ttulo2"/>
        <w:jc w:val="both"/>
        <w:rPr>
          <w:rFonts w:ascii="Arial" w:hAnsi="Arial" w:cs="Arial"/>
          <w:color w:val="000000" w:themeColor="text1"/>
          <w:sz w:val="24"/>
          <w:szCs w:val="24"/>
          <w:lang w:val="es-AR"/>
        </w:rPr>
      </w:pPr>
      <w:r w:rsidRPr="00BF31C8">
        <w:rPr>
          <w:rFonts w:ascii="Arial" w:hAnsi="Arial" w:cs="Arial"/>
          <w:color w:val="000000" w:themeColor="text1"/>
          <w:sz w:val="24"/>
          <w:szCs w:val="24"/>
          <w:lang w:val="es-AR"/>
        </w:rPr>
        <w:t>4. Antecedentes de interés (indicar si corresponde)</w:t>
      </w:r>
    </w:p>
    <w:p w14:paraId="6C6C45A8" w14:textId="77777777" w:rsidR="00BF31C8" w:rsidRDefault="00BF31C8" w:rsidP="00BF31C8">
      <w:pPr>
        <w:rPr>
          <w:lang w:val="es-AR"/>
        </w:rPr>
      </w:pPr>
    </w:p>
    <w:tbl>
      <w:tblPr>
        <w:tblStyle w:val="Tablaconcuadrcula"/>
        <w:tblW w:w="0" w:type="auto"/>
        <w:tblInd w:w="38" w:type="dxa"/>
        <w:tblLook w:val="04A0" w:firstRow="1" w:lastRow="0" w:firstColumn="1" w:lastColumn="0" w:noHBand="0" w:noVBand="1"/>
      </w:tblPr>
      <w:tblGrid>
        <w:gridCol w:w="4546"/>
        <w:gridCol w:w="4272"/>
      </w:tblGrid>
      <w:tr w:rsidR="00BF31C8" w14:paraId="45C087E4" w14:textId="77777777" w:rsidTr="00BF31C8">
        <w:tc>
          <w:tcPr>
            <w:tcW w:w="4390" w:type="dxa"/>
          </w:tcPr>
          <w:p w14:paraId="7B84B4B9" w14:textId="4D63758C" w:rsidR="00BF31C8" w:rsidRDefault="00BF31C8" w:rsidP="00BF31C8">
            <w:pPr>
              <w:rPr>
                <w:lang w:val="es-AR"/>
              </w:rPr>
            </w:pPr>
            <w:r>
              <w:rPr>
                <w:lang w:val="es-AR"/>
              </w:rPr>
              <w:t>ALERGIAS</w:t>
            </w:r>
            <w:r w:rsidR="00931682">
              <w:rPr>
                <w:lang w:val="es-AR"/>
              </w:rPr>
              <w:t xml:space="preserve"> (ALIMENTARIAS/MEDICAMENTOSAS/OTRAS</w:t>
            </w:r>
          </w:p>
        </w:tc>
        <w:tc>
          <w:tcPr>
            <w:tcW w:w="4390" w:type="dxa"/>
          </w:tcPr>
          <w:p w14:paraId="3C30F220" w14:textId="77777777" w:rsidR="00BF31C8" w:rsidRDefault="00BF31C8" w:rsidP="00BF31C8">
            <w:pPr>
              <w:rPr>
                <w:lang w:val="es-AR"/>
              </w:rPr>
            </w:pPr>
          </w:p>
          <w:p w14:paraId="00E16822" w14:textId="77777777" w:rsidR="00931682" w:rsidRDefault="00931682" w:rsidP="00BF31C8">
            <w:pPr>
              <w:rPr>
                <w:lang w:val="es-AR"/>
              </w:rPr>
            </w:pPr>
          </w:p>
          <w:p w14:paraId="2D16261A" w14:textId="77777777" w:rsidR="00931682" w:rsidRDefault="00931682" w:rsidP="00BF31C8">
            <w:pPr>
              <w:rPr>
                <w:lang w:val="es-AR"/>
              </w:rPr>
            </w:pPr>
          </w:p>
        </w:tc>
      </w:tr>
      <w:tr w:rsidR="00BF31C8" w14:paraId="1305776E" w14:textId="77777777" w:rsidTr="00BF31C8">
        <w:tc>
          <w:tcPr>
            <w:tcW w:w="4390" w:type="dxa"/>
          </w:tcPr>
          <w:p w14:paraId="062A0482" w14:textId="4A4E7B92" w:rsidR="00BF31C8" w:rsidRDefault="00931682" w:rsidP="00BF31C8">
            <w:pPr>
              <w:rPr>
                <w:lang w:val="es-AR"/>
              </w:rPr>
            </w:pPr>
            <w:r>
              <w:rPr>
                <w:lang w:val="es-AR"/>
              </w:rPr>
              <w:t>TRAUMATISMOS O FRACTURAS PREVIAS</w:t>
            </w:r>
          </w:p>
        </w:tc>
        <w:tc>
          <w:tcPr>
            <w:tcW w:w="4390" w:type="dxa"/>
          </w:tcPr>
          <w:p w14:paraId="554636AD" w14:textId="77777777" w:rsidR="00BF31C8" w:rsidRDefault="00BF31C8" w:rsidP="00BF31C8">
            <w:pPr>
              <w:rPr>
                <w:lang w:val="es-AR"/>
              </w:rPr>
            </w:pPr>
          </w:p>
          <w:p w14:paraId="14FB9811" w14:textId="77777777" w:rsidR="00931682" w:rsidRDefault="00931682" w:rsidP="00BF31C8">
            <w:pPr>
              <w:rPr>
                <w:lang w:val="es-AR"/>
              </w:rPr>
            </w:pPr>
          </w:p>
        </w:tc>
      </w:tr>
      <w:tr w:rsidR="00BF31C8" w14:paraId="63831940" w14:textId="77777777" w:rsidTr="00BF31C8">
        <w:tc>
          <w:tcPr>
            <w:tcW w:w="4390" w:type="dxa"/>
          </w:tcPr>
          <w:p w14:paraId="53C373BA" w14:textId="319BE295" w:rsidR="00BF31C8" w:rsidRDefault="00931682" w:rsidP="00BF31C8">
            <w:pPr>
              <w:rPr>
                <w:lang w:val="es-AR"/>
              </w:rPr>
            </w:pPr>
            <w:r>
              <w:rPr>
                <w:lang w:val="es-AR"/>
              </w:rPr>
              <w:t>DIABETES (INDICAR PAUTAS)</w:t>
            </w:r>
          </w:p>
        </w:tc>
        <w:tc>
          <w:tcPr>
            <w:tcW w:w="4390" w:type="dxa"/>
          </w:tcPr>
          <w:p w14:paraId="4FCA4CA6" w14:textId="77777777" w:rsidR="00BF31C8" w:rsidRDefault="00BF31C8" w:rsidP="00BF31C8">
            <w:pPr>
              <w:rPr>
                <w:lang w:val="es-AR"/>
              </w:rPr>
            </w:pPr>
          </w:p>
          <w:p w14:paraId="0C3B8C54" w14:textId="77777777" w:rsidR="00931682" w:rsidRDefault="00931682" w:rsidP="00BF31C8">
            <w:pPr>
              <w:rPr>
                <w:lang w:val="es-AR"/>
              </w:rPr>
            </w:pPr>
          </w:p>
        </w:tc>
      </w:tr>
      <w:tr w:rsidR="00BF31C8" w14:paraId="45182717" w14:textId="77777777" w:rsidTr="00BF31C8">
        <w:tc>
          <w:tcPr>
            <w:tcW w:w="4390" w:type="dxa"/>
          </w:tcPr>
          <w:p w14:paraId="376CA8EE" w14:textId="45DDC141" w:rsidR="00BF31C8" w:rsidRDefault="00931682" w:rsidP="00BF31C8">
            <w:pPr>
              <w:rPr>
                <w:lang w:val="es-AR"/>
              </w:rPr>
            </w:pPr>
            <w:r>
              <w:rPr>
                <w:lang w:val="es-AR"/>
              </w:rPr>
              <w:t>OTRAS RELEVANTES</w:t>
            </w:r>
          </w:p>
        </w:tc>
        <w:tc>
          <w:tcPr>
            <w:tcW w:w="4390" w:type="dxa"/>
          </w:tcPr>
          <w:p w14:paraId="46CD412D" w14:textId="77777777" w:rsidR="00BF31C8" w:rsidRDefault="00BF31C8" w:rsidP="00BF31C8">
            <w:pPr>
              <w:rPr>
                <w:lang w:val="es-AR"/>
              </w:rPr>
            </w:pPr>
          </w:p>
          <w:p w14:paraId="5E9995E4" w14:textId="77777777" w:rsidR="00931682" w:rsidRDefault="00931682" w:rsidP="00BF31C8">
            <w:pPr>
              <w:rPr>
                <w:lang w:val="es-AR"/>
              </w:rPr>
            </w:pPr>
          </w:p>
        </w:tc>
      </w:tr>
    </w:tbl>
    <w:p w14:paraId="6102B908" w14:textId="77777777" w:rsidR="00931682" w:rsidRDefault="00931682" w:rsidP="00BF31C8">
      <w:pPr>
        <w:pStyle w:val="Ttulo2"/>
        <w:jc w:val="both"/>
        <w:rPr>
          <w:rFonts w:ascii="Arial" w:hAnsi="Arial" w:cs="Arial"/>
          <w:lang w:val="es-AR"/>
        </w:rPr>
      </w:pPr>
    </w:p>
    <w:p w14:paraId="3F19B69A" w14:textId="674BC648" w:rsidR="000B110E" w:rsidRPr="00931682" w:rsidRDefault="00000000" w:rsidP="00931682">
      <w:pPr>
        <w:pStyle w:val="Ttulo2"/>
        <w:spacing w:line="480" w:lineRule="auto"/>
        <w:jc w:val="both"/>
        <w:rPr>
          <w:rFonts w:ascii="Arial" w:hAnsi="Arial" w:cs="Arial"/>
          <w:color w:val="000000" w:themeColor="text1"/>
          <w:sz w:val="24"/>
          <w:szCs w:val="24"/>
          <w:lang w:val="es-AR"/>
        </w:rPr>
      </w:pPr>
      <w:r w:rsidRPr="00931682">
        <w:rPr>
          <w:rFonts w:ascii="Arial" w:hAnsi="Arial" w:cs="Arial"/>
          <w:color w:val="000000" w:themeColor="text1"/>
          <w:sz w:val="24"/>
          <w:szCs w:val="24"/>
          <w:lang w:val="es-AR"/>
        </w:rPr>
        <w:t>5. Tratamientos (marcar si corresponde)</w:t>
      </w:r>
    </w:p>
    <w:p w14:paraId="587F18D2" w14:textId="77777777" w:rsidR="000B110E" w:rsidRPr="00BF31C8" w:rsidRDefault="00000000" w:rsidP="00931682">
      <w:pPr>
        <w:spacing w:line="480" w:lineRule="auto"/>
        <w:jc w:val="both"/>
        <w:rPr>
          <w:rFonts w:ascii="Arial" w:hAnsi="Arial" w:cs="Arial"/>
          <w:lang w:val="es-AR"/>
        </w:rPr>
      </w:pPr>
      <w:r w:rsidRPr="00BF31C8">
        <w:rPr>
          <w:rFonts w:ascii="Segoe UI Symbol" w:hAnsi="Segoe UI Symbol" w:cs="Segoe UI Symbol"/>
          <w:lang w:val="es-AR"/>
        </w:rPr>
        <w:t>☐</w:t>
      </w:r>
      <w:r w:rsidRPr="00BF31C8">
        <w:rPr>
          <w:rFonts w:ascii="Arial" w:hAnsi="Arial" w:cs="Arial"/>
          <w:lang w:val="es-AR"/>
        </w:rPr>
        <w:t xml:space="preserve"> Psicológico    </w:t>
      </w:r>
      <w:r w:rsidRPr="00BF31C8">
        <w:rPr>
          <w:rFonts w:ascii="Segoe UI Symbol" w:hAnsi="Segoe UI Symbol" w:cs="Segoe UI Symbol"/>
          <w:lang w:val="es-AR"/>
        </w:rPr>
        <w:t>☐</w:t>
      </w:r>
      <w:r w:rsidRPr="00BF31C8">
        <w:rPr>
          <w:rFonts w:ascii="Arial" w:hAnsi="Arial" w:cs="Arial"/>
          <w:lang w:val="es-AR"/>
        </w:rPr>
        <w:t xml:space="preserve"> Psicopedagógico    </w:t>
      </w:r>
      <w:r w:rsidRPr="00BF31C8">
        <w:rPr>
          <w:rFonts w:ascii="Segoe UI Symbol" w:hAnsi="Segoe UI Symbol" w:cs="Segoe UI Symbol"/>
          <w:lang w:val="es-AR"/>
        </w:rPr>
        <w:t>☐</w:t>
      </w:r>
      <w:r w:rsidRPr="00BF31C8">
        <w:rPr>
          <w:rFonts w:ascii="Arial" w:hAnsi="Arial" w:cs="Arial"/>
          <w:lang w:val="es-AR"/>
        </w:rPr>
        <w:t xml:space="preserve"> Fonoaudiológico    </w:t>
      </w:r>
      <w:r w:rsidRPr="00BF31C8">
        <w:rPr>
          <w:rFonts w:ascii="Segoe UI Symbol" w:hAnsi="Segoe UI Symbol" w:cs="Segoe UI Symbol"/>
          <w:lang w:val="es-AR"/>
        </w:rPr>
        <w:t>☐</w:t>
      </w:r>
      <w:r w:rsidRPr="00BF31C8">
        <w:rPr>
          <w:rFonts w:ascii="Arial" w:hAnsi="Arial" w:cs="Arial"/>
          <w:lang w:val="es-AR"/>
        </w:rPr>
        <w:t xml:space="preserve"> Neurológico</w:t>
      </w:r>
    </w:p>
    <w:p w14:paraId="1EE81931" w14:textId="77777777" w:rsidR="000B110E" w:rsidRDefault="00000000" w:rsidP="00BF31C8">
      <w:pPr>
        <w:jc w:val="both"/>
        <w:rPr>
          <w:rFonts w:ascii="Arial" w:hAnsi="Arial" w:cs="Arial"/>
          <w:lang w:val="es-AR"/>
        </w:rPr>
      </w:pPr>
      <w:r w:rsidRPr="00BF31C8">
        <w:rPr>
          <w:rFonts w:ascii="Arial" w:hAnsi="Arial" w:cs="Arial"/>
          <w:lang w:val="es-AR"/>
        </w:rPr>
        <w:t>Observaciones / aclaraciones: ______________________________________________</w:t>
      </w:r>
    </w:p>
    <w:p w14:paraId="59684207" w14:textId="4AB23459" w:rsidR="00931682" w:rsidRDefault="00931682" w:rsidP="00BF31C8">
      <w:pPr>
        <w:jc w:val="both"/>
        <w:rPr>
          <w:rFonts w:ascii="Arial" w:hAnsi="Arial" w:cs="Arial"/>
          <w:lang w:val="es-AR"/>
        </w:rPr>
      </w:pPr>
      <w:r>
        <w:rPr>
          <w:rFonts w:ascii="Arial" w:hAnsi="Arial" w:cs="Arial"/>
          <w:lang w:val="es-AR"/>
        </w:rPr>
        <w:t>______________________________________________________________________</w:t>
      </w:r>
    </w:p>
    <w:p w14:paraId="5750C150" w14:textId="77777777" w:rsidR="00931682" w:rsidRPr="00BF31C8" w:rsidRDefault="00931682" w:rsidP="00BF31C8">
      <w:pPr>
        <w:jc w:val="both"/>
        <w:rPr>
          <w:rFonts w:ascii="Arial" w:hAnsi="Arial" w:cs="Arial"/>
          <w:lang w:val="es-AR"/>
        </w:rPr>
      </w:pPr>
    </w:p>
    <w:p w14:paraId="491B2BAA" w14:textId="77777777" w:rsidR="000B110E" w:rsidRDefault="00000000" w:rsidP="00BF31C8">
      <w:pPr>
        <w:pStyle w:val="Ttulo2"/>
        <w:jc w:val="both"/>
        <w:rPr>
          <w:rFonts w:ascii="Arial" w:hAnsi="Arial" w:cs="Arial"/>
          <w:color w:val="000000" w:themeColor="text1"/>
          <w:sz w:val="24"/>
          <w:szCs w:val="24"/>
          <w:lang w:val="es-AR"/>
        </w:rPr>
      </w:pPr>
      <w:r w:rsidRPr="00931682">
        <w:rPr>
          <w:rFonts w:ascii="Arial" w:hAnsi="Arial" w:cs="Arial"/>
          <w:color w:val="000000" w:themeColor="text1"/>
          <w:sz w:val="24"/>
          <w:szCs w:val="24"/>
          <w:lang w:val="es-AR"/>
        </w:rPr>
        <w:t>6. Indicaciones médicas / cuidados a tener en cuenta en el ámbito escolar</w:t>
      </w:r>
    </w:p>
    <w:p w14:paraId="683DD3FA" w14:textId="77777777" w:rsidR="00931682" w:rsidRPr="00931682" w:rsidRDefault="00931682" w:rsidP="00931682">
      <w:pPr>
        <w:rPr>
          <w:lang w:val="es-AR"/>
        </w:rPr>
      </w:pPr>
    </w:p>
    <w:p w14:paraId="326701CF" w14:textId="4DBE9076" w:rsidR="000B110E" w:rsidRDefault="00000000" w:rsidP="00BF31C8">
      <w:pPr>
        <w:jc w:val="both"/>
        <w:rPr>
          <w:rFonts w:ascii="Arial" w:hAnsi="Arial" w:cs="Arial"/>
          <w:lang w:val="es-AR"/>
        </w:rPr>
      </w:pPr>
      <w:r w:rsidRPr="00BF31C8">
        <w:rPr>
          <w:rFonts w:ascii="Arial" w:hAnsi="Arial" w:cs="Arial"/>
          <w:lang w:val="es-AR"/>
        </w:rPr>
        <w:t>______________________________________________________________________</w:t>
      </w:r>
    </w:p>
    <w:p w14:paraId="290AE1AB" w14:textId="77777777" w:rsidR="00931682" w:rsidRPr="00BF31C8" w:rsidRDefault="00931682" w:rsidP="00BF31C8">
      <w:pPr>
        <w:jc w:val="both"/>
        <w:rPr>
          <w:rFonts w:ascii="Arial" w:hAnsi="Arial" w:cs="Arial"/>
          <w:lang w:val="es-AR"/>
        </w:rPr>
      </w:pPr>
    </w:p>
    <w:p w14:paraId="34BD2F00" w14:textId="6569A0CD" w:rsidR="000B110E" w:rsidRPr="00BF31C8" w:rsidRDefault="00000000" w:rsidP="00931682">
      <w:pPr>
        <w:spacing w:line="480" w:lineRule="auto"/>
        <w:jc w:val="both"/>
        <w:rPr>
          <w:rFonts w:ascii="Arial" w:hAnsi="Arial" w:cs="Arial"/>
          <w:lang w:val="es-AR"/>
        </w:rPr>
      </w:pPr>
      <w:r w:rsidRPr="00BF31C8">
        <w:rPr>
          <w:rFonts w:ascii="Arial" w:hAnsi="Arial" w:cs="Arial"/>
          <w:lang w:val="es-AR"/>
        </w:rPr>
        <w:t>______________________________________________________________________</w:t>
      </w:r>
    </w:p>
    <w:p w14:paraId="58C0F3CE" w14:textId="77777777" w:rsidR="000B110E" w:rsidRPr="00931682" w:rsidRDefault="00000000" w:rsidP="00931682">
      <w:pPr>
        <w:pStyle w:val="Ttulo2"/>
        <w:spacing w:line="480" w:lineRule="auto"/>
        <w:jc w:val="both"/>
        <w:rPr>
          <w:rFonts w:ascii="Arial" w:hAnsi="Arial" w:cs="Arial"/>
          <w:color w:val="000000" w:themeColor="text1"/>
          <w:sz w:val="24"/>
          <w:szCs w:val="24"/>
          <w:lang w:val="es-AR"/>
        </w:rPr>
      </w:pPr>
      <w:r w:rsidRPr="00931682">
        <w:rPr>
          <w:rFonts w:ascii="Arial" w:hAnsi="Arial" w:cs="Arial"/>
          <w:color w:val="000000" w:themeColor="text1"/>
          <w:sz w:val="24"/>
          <w:szCs w:val="24"/>
          <w:lang w:val="es-AR"/>
        </w:rPr>
        <w:t>7. Apto físico</w:t>
      </w:r>
    </w:p>
    <w:p w14:paraId="7D5619BF" w14:textId="6983BADE" w:rsidR="000B110E" w:rsidRPr="00BF2F50" w:rsidRDefault="00000000" w:rsidP="00931682">
      <w:pPr>
        <w:spacing w:line="360" w:lineRule="auto"/>
        <w:jc w:val="both"/>
        <w:rPr>
          <w:rFonts w:ascii="Arial" w:hAnsi="Arial" w:cs="Arial"/>
          <w:b/>
          <w:bCs/>
          <w:lang w:val="es-AR"/>
        </w:rPr>
      </w:pPr>
      <w:r w:rsidRPr="00BF31C8">
        <w:rPr>
          <w:rFonts w:ascii="Segoe UI Symbol" w:hAnsi="Segoe UI Symbol" w:cs="Segoe UI Symbol"/>
          <w:lang w:val="es-AR"/>
        </w:rPr>
        <w:t>☐</w:t>
      </w:r>
      <w:r w:rsidRPr="00BF31C8">
        <w:rPr>
          <w:rFonts w:ascii="Arial" w:hAnsi="Arial" w:cs="Arial"/>
          <w:lang w:val="es-AR"/>
        </w:rPr>
        <w:t xml:space="preserve"> Se adjunta apto</w:t>
      </w:r>
      <w:r w:rsidR="00821484">
        <w:rPr>
          <w:rFonts w:ascii="Arial" w:hAnsi="Arial" w:cs="Arial"/>
          <w:lang w:val="es-AR"/>
        </w:rPr>
        <w:t xml:space="preserve"> médico</w:t>
      </w:r>
      <w:r w:rsidRPr="00BF31C8">
        <w:rPr>
          <w:rFonts w:ascii="Arial" w:hAnsi="Arial" w:cs="Arial"/>
          <w:lang w:val="es-AR"/>
        </w:rPr>
        <w:t xml:space="preserve"> firmado por pediatr</w:t>
      </w:r>
      <w:r w:rsidR="00BF2F50">
        <w:rPr>
          <w:rFonts w:ascii="Arial" w:hAnsi="Arial" w:cs="Arial"/>
          <w:lang w:val="es-AR"/>
        </w:rPr>
        <w:t>a</w:t>
      </w:r>
      <w:r w:rsidR="00821484">
        <w:rPr>
          <w:rFonts w:ascii="Arial" w:hAnsi="Arial" w:cs="Arial"/>
          <w:lang w:val="es-AR"/>
        </w:rPr>
        <w:t xml:space="preserve"> o médico de cabecera</w:t>
      </w:r>
      <w:r w:rsidRPr="00BF31C8">
        <w:rPr>
          <w:rFonts w:ascii="Arial" w:hAnsi="Arial" w:cs="Arial"/>
          <w:lang w:val="es-AR"/>
        </w:rPr>
        <w:t>.</w:t>
      </w:r>
      <w:r w:rsidRPr="00BF31C8">
        <w:rPr>
          <w:rFonts w:ascii="Arial" w:hAnsi="Arial" w:cs="Arial"/>
          <w:lang w:val="es-AR"/>
        </w:rPr>
        <w:br/>
      </w:r>
      <w:r w:rsidRPr="00BF2F50">
        <w:rPr>
          <w:rFonts w:ascii="Arial" w:hAnsi="Arial" w:cs="Arial"/>
          <w:b/>
          <w:bCs/>
          <w:lang w:val="es-AR"/>
        </w:rPr>
        <w:t xml:space="preserve">La presente ficha médica deberá ser entregada completa y firmada por la familia, </w:t>
      </w:r>
      <w:r w:rsidR="00BF2F50">
        <w:rPr>
          <w:rFonts w:ascii="Arial" w:hAnsi="Arial" w:cs="Arial"/>
          <w:b/>
          <w:bCs/>
          <w:lang w:val="es-AR"/>
        </w:rPr>
        <w:t xml:space="preserve">adjuntando </w:t>
      </w:r>
      <w:r w:rsidR="00821484">
        <w:rPr>
          <w:rFonts w:ascii="Arial" w:hAnsi="Arial" w:cs="Arial"/>
          <w:b/>
          <w:bCs/>
          <w:lang w:val="es-AR"/>
        </w:rPr>
        <w:t xml:space="preserve">el </w:t>
      </w:r>
      <w:r w:rsidRPr="00BF2F50">
        <w:rPr>
          <w:rFonts w:ascii="Arial" w:hAnsi="Arial" w:cs="Arial"/>
          <w:b/>
          <w:bCs/>
          <w:lang w:val="es-AR"/>
        </w:rPr>
        <w:t>apto correspondiente.</w:t>
      </w:r>
    </w:p>
    <w:p w14:paraId="6B26B483" w14:textId="77777777" w:rsidR="000B110E" w:rsidRPr="00931682" w:rsidRDefault="00000000" w:rsidP="00931682">
      <w:pPr>
        <w:pStyle w:val="Ttulo2"/>
        <w:spacing w:line="480" w:lineRule="auto"/>
        <w:jc w:val="both"/>
        <w:rPr>
          <w:rFonts w:ascii="Arial" w:hAnsi="Arial" w:cs="Arial"/>
          <w:color w:val="000000" w:themeColor="text1"/>
          <w:sz w:val="24"/>
          <w:szCs w:val="24"/>
          <w:lang w:val="es-AR"/>
        </w:rPr>
      </w:pPr>
      <w:r w:rsidRPr="00931682">
        <w:rPr>
          <w:rFonts w:ascii="Arial" w:hAnsi="Arial" w:cs="Arial"/>
          <w:color w:val="000000" w:themeColor="text1"/>
          <w:sz w:val="24"/>
          <w:szCs w:val="24"/>
          <w:lang w:val="es-AR"/>
        </w:rPr>
        <w:t>8. Firma de la familia</w:t>
      </w:r>
    </w:p>
    <w:p w14:paraId="46E7F6CE" w14:textId="77777777" w:rsidR="000B110E" w:rsidRPr="00BF31C8" w:rsidRDefault="00000000" w:rsidP="00931682">
      <w:pPr>
        <w:spacing w:line="360" w:lineRule="auto"/>
        <w:jc w:val="both"/>
        <w:rPr>
          <w:rFonts w:ascii="Arial" w:hAnsi="Arial" w:cs="Arial"/>
          <w:lang w:val="es-AR"/>
        </w:rPr>
      </w:pPr>
      <w:r w:rsidRPr="00BF31C8">
        <w:rPr>
          <w:rFonts w:ascii="Arial" w:hAnsi="Arial" w:cs="Arial"/>
          <w:lang w:val="es-AR"/>
        </w:rPr>
        <w:t>Firma y aclaración: ______________________________________________</w:t>
      </w:r>
    </w:p>
    <w:p w14:paraId="4BF4285C" w14:textId="77777777" w:rsidR="000B110E" w:rsidRPr="00BF31C8" w:rsidRDefault="00000000" w:rsidP="00931682">
      <w:pPr>
        <w:spacing w:line="360" w:lineRule="auto"/>
        <w:jc w:val="both"/>
        <w:rPr>
          <w:rFonts w:ascii="Arial" w:hAnsi="Arial" w:cs="Arial"/>
        </w:rPr>
      </w:pPr>
      <w:r w:rsidRPr="00BF31C8">
        <w:rPr>
          <w:rFonts w:ascii="Arial" w:hAnsi="Arial" w:cs="Arial"/>
        </w:rPr>
        <w:t xml:space="preserve">DNI: ______________________        </w:t>
      </w:r>
      <w:proofErr w:type="spellStart"/>
      <w:r w:rsidRPr="00BF31C8">
        <w:rPr>
          <w:rFonts w:ascii="Arial" w:hAnsi="Arial" w:cs="Arial"/>
        </w:rPr>
        <w:t>Fecha</w:t>
      </w:r>
      <w:proofErr w:type="spellEnd"/>
      <w:r w:rsidRPr="00BF31C8">
        <w:rPr>
          <w:rFonts w:ascii="Arial" w:hAnsi="Arial" w:cs="Arial"/>
        </w:rPr>
        <w:t>: ______________________</w:t>
      </w:r>
    </w:p>
    <w:sectPr w:rsidR="000B110E" w:rsidRPr="00BF31C8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6FA5D04"/>
    <w:multiLevelType w:val="hybridMultilevel"/>
    <w:tmpl w:val="E78433FC"/>
    <w:lvl w:ilvl="0" w:tplc="BADE8B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DB4CF7"/>
    <w:multiLevelType w:val="hybridMultilevel"/>
    <w:tmpl w:val="9A366E4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5D3996"/>
    <w:multiLevelType w:val="hybridMultilevel"/>
    <w:tmpl w:val="22601A36"/>
    <w:lvl w:ilvl="0" w:tplc="058AD97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0666183">
    <w:abstractNumId w:val="8"/>
  </w:num>
  <w:num w:numId="2" w16cid:durableId="993991939">
    <w:abstractNumId w:val="6"/>
  </w:num>
  <w:num w:numId="3" w16cid:durableId="1803961380">
    <w:abstractNumId w:val="5"/>
  </w:num>
  <w:num w:numId="4" w16cid:durableId="1537229642">
    <w:abstractNumId w:val="4"/>
  </w:num>
  <w:num w:numId="5" w16cid:durableId="375664422">
    <w:abstractNumId w:val="7"/>
  </w:num>
  <w:num w:numId="6" w16cid:durableId="1442145477">
    <w:abstractNumId w:val="3"/>
  </w:num>
  <w:num w:numId="7" w16cid:durableId="73362591">
    <w:abstractNumId w:val="2"/>
  </w:num>
  <w:num w:numId="8" w16cid:durableId="847599526">
    <w:abstractNumId w:val="1"/>
  </w:num>
  <w:num w:numId="9" w16cid:durableId="20203240">
    <w:abstractNumId w:val="0"/>
  </w:num>
  <w:num w:numId="10" w16cid:durableId="838469934">
    <w:abstractNumId w:val="10"/>
  </w:num>
  <w:num w:numId="11" w16cid:durableId="217667948">
    <w:abstractNumId w:val="9"/>
  </w:num>
  <w:num w:numId="12" w16cid:durableId="78971236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9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B110E"/>
    <w:rsid w:val="0015074B"/>
    <w:rsid w:val="0029639D"/>
    <w:rsid w:val="00326F90"/>
    <w:rsid w:val="004B62F1"/>
    <w:rsid w:val="00821484"/>
    <w:rsid w:val="00931682"/>
    <w:rsid w:val="00AA1D8D"/>
    <w:rsid w:val="00B47730"/>
    <w:rsid w:val="00BF2F50"/>
    <w:rsid w:val="00BF31C8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823D7E3"/>
  <w14:defaultImageDpi w14:val="300"/>
  <w15:docId w15:val="{E52FE814-303C-3049-9C0F-3A1F96EA3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266</Words>
  <Characters>1468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1731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Martin Madison</cp:lastModifiedBy>
  <cp:revision>3</cp:revision>
  <dcterms:created xsi:type="dcterms:W3CDTF">2013-12-23T23:15:00Z</dcterms:created>
  <dcterms:modified xsi:type="dcterms:W3CDTF">2025-12-17T02:11:00Z</dcterms:modified>
  <cp:category/>
</cp:coreProperties>
</file>