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0BCBC" w14:textId="41583C20" w:rsidR="00672497" w:rsidRPr="004935E5" w:rsidRDefault="00000000" w:rsidP="007B38B1">
      <w:pPr>
        <w:pStyle w:val="Ttulo1"/>
        <w:spacing w:line="480" w:lineRule="auto"/>
        <w:rPr>
          <w:rFonts w:ascii="Arial" w:hAnsi="Arial" w:cs="Arial"/>
          <w:color w:val="000000" w:themeColor="text1"/>
          <w:u w:val="single"/>
          <w:lang w:val="es-AR"/>
        </w:rPr>
      </w:pPr>
      <w:r w:rsidRPr="004935E5">
        <w:rPr>
          <w:rFonts w:ascii="Arial" w:hAnsi="Arial" w:cs="Arial"/>
          <w:color w:val="000000" w:themeColor="text1"/>
          <w:u w:val="single"/>
          <w:lang w:val="es-AR"/>
        </w:rPr>
        <w:t>AUTORIZAC</w:t>
      </w:r>
      <w:r w:rsidR="004935E5" w:rsidRPr="004935E5">
        <w:rPr>
          <w:rFonts w:ascii="Arial" w:hAnsi="Arial" w:cs="Arial"/>
          <w:color w:val="000000" w:themeColor="text1"/>
          <w:u w:val="single"/>
          <w:lang w:val="es-AR"/>
        </w:rPr>
        <w:t>IONES GENERALES ANUALES</w:t>
      </w:r>
      <w:r w:rsidRPr="004935E5">
        <w:rPr>
          <w:rFonts w:ascii="Arial" w:hAnsi="Arial" w:cs="Arial"/>
          <w:color w:val="000000" w:themeColor="text1"/>
          <w:u w:val="single"/>
          <w:lang w:val="es-AR"/>
        </w:rPr>
        <w:t xml:space="preserve"> </w:t>
      </w:r>
    </w:p>
    <w:p w14:paraId="771560D2" w14:textId="77777777" w:rsidR="00672497" w:rsidRPr="007B38B1" w:rsidRDefault="00000000" w:rsidP="007B38B1">
      <w:pPr>
        <w:pStyle w:val="Ttulo2"/>
        <w:spacing w:line="480" w:lineRule="auto"/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</w:pPr>
      <w:r w:rsidRPr="007B38B1">
        <w:rPr>
          <w:rFonts w:ascii="Arial" w:hAnsi="Arial" w:cs="Arial"/>
          <w:color w:val="000000" w:themeColor="text1"/>
          <w:sz w:val="22"/>
          <w:szCs w:val="22"/>
          <w:u w:val="single"/>
          <w:lang w:val="es-AR"/>
        </w:rPr>
        <w:t>HIGIENE</w:t>
      </w:r>
    </w:p>
    <w:p w14:paraId="44C3FD79" w14:textId="17730E67" w:rsidR="004935E5" w:rsidRPr="004935E5" w:rsidRDefault="004935E5" w:rsidP="008B5FB0">
      <w:pPr>
        <w:spacing w:line="360" w:lineRule="auto"/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b/>
          <w:bCs/>
          <w:lang w:val="es-AR"/>
        </w:rPr>
        <w:t>CICLO LECTIVO:</w:t>
      </w:r>
      <w:r w:rsidRPr="004935E5">
        <w:rPr>
          <w:rFonts w:ascii="Arial" w:hAnsi="Arial" w:cs="Arial"/>
          <w:lang w:val="es-AR"/>
        </w:rPr>
        <w:t xml:space="preserve"> _____________</w:t>
      </w:r>
    </w:p>
    <w:p w14:paraId="0A30410B" w14:textId="180B53F5" w:rsidR="00672497" w:rsidRPr="004935E5" w:rsidRDefault="00000000" w:rsidP="004935E5">
      <w:pPr>
        <w:spacing w:line="360" w:lineRule="auto"/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Autorizo a mi hijo/a ________________________________ DNI __________________ a ser higienizado/a por las docentes del Nivel Inicial en caso de que así lo requiera.</w:t>
      </w:r>
      <w:r w:rsidRPr="004935E5">
        <w:rPr>
          <w:rFonts w:ascii="Arial" w:hAnsi="Arial" w:cs="Arial"/>
          <w:lang w:val="es-AR"/>
        </w:rPr>
        <w:br/>
        <w:t>La presente tiene carácter de declaración jurada, dejando constancia que la falsedad u omisión de información respecto al alumno/a es exclusiva responsabilidad de los padres o responsables legales.</w:t>
      </w:r>
      <w:r w:rsidRPr="004935E5">
        <w:rPr>
          <w:rFonts w:ascii="Arial" w:hAnsi="Arial" w:cs="Arial"/>
          <w:lang w:val="es-AR"/>
        </w:rPr>
        <w:br/>
      </w:r>
    </w:p>
    <w:p w14:paraId="783BF412" w14:textId="77777777" w:rsidR="00672497" w:rsidRPr="004935E5" w:rsidRDefault="00000000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Firma: __________________________</w:t>
      </w:r>
    </w:p>
    <w:p w14:paraId="2F0F55C5" w14:textId="77777777" w:rsidR="00672497" w:rsidRPr="004935E5" w:rsidRDefault="00000000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Aclaración: _____________________</w:t>
      </w:r>
    </w:p>
    <w:p w14:paraId="7A5A2A86" w14:textId="77777777" w:rsidR="00672497" w:rsidRPr="004935E5" w:rsidRDefault="00000000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DNI: ____________________________</w:t>
      </w:r>
    </w:p>
    <w:p w14:paraId="269F1492" w14:textId="77777777" w:rsidR="004935E5" w:rsidRPr="004935E5" w:rsidRDefault="00000000" w:rsidP="004935E5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Parentesco: _____________________</w:t>
      </w:r>
    </w:p>
    <w:p w14:paraId="4B80B889" w14:textId="77777777" w:rsidR="004935E5" w:rsidRPr="004935E5" w:rsidRDefault="004935E5" w:rsidP="004935E5">
      <w:pPr>
        <w:rPr>
          <w:rFonts w:ascii="Arial" w:hAnsi="Arial" w:cs="Arial"/>
          <w:lang w:val="es-AR"/>
        </w:rPr>
      </w:pPr>
    </w:p>
    <w:p w14:paraId="6EF4023D" w14:textId="3FE4E70D" w:rsidR="00672497" w:rsidRPr="007F788B" w:rsidRDefault="00000000" w:rsidP="007B38B1">
      <w:pPr>
        <w:spacing w:line="480" w:lineRule="auto"/>
        <w:rPr>
          <w:rFonts w:ascii="Arial" w:hAnsi="Arial" w:cs="Arial"/>
          <w:b/>
          <w:bCs/>
          <w:color w:val="000000" w:themeColor="text1"/>
          <w:u w:val="single"/>
          <w:lang w:val="es-AR"/>
        </w:rPr>
      </w:pPr>
      <w:r w:rsidRPr="007F788B">
        <w:rPr>
          <w:rFonts w:ascii="Arial" w:hAnsi="Arial" w:cs="Arial"/>
          <w:b/>
          <w:bCs/>
          <w:color w:val="000000" w:themeColor="text1"/>
          <w:u w:val="single"/>
          <w:lang w:val="es-AR"/>
        </w:rPr>
        <w:t>CASOS DE EMERGENCIA</w:t>
      </w:r>
    </w:p>
    <w:p w14:paraId="4084643C" w14:textId="32C79240" w:rsidR="004935E5" w:rsidRPr="004935E5" w:rsidRDefault="004935E5" w:rsidP="007B38B1">
      <w:pPr>
        <w:spacing w:line="480" w:lineRule="auto"/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b/>
          <w:bCs/>
          <w:lang w:val="es-AR"/>
        </w:rPr>
        <w:t>CICLO LECTIVO:</w:t>
      </w:r>
      <w:r w:rsidRPr="004935E5">
        <w:rPr>
          <w:rFonts w:ascii="Arial" w:hAnsi="Arial" w:cs="Arial"/>
          <w:lang w:val="es-AR"/>
        </w:rPr>
        <w:t xml:space="preserve"> _____________</w:t>
      </w:r>
    </w:p>
    <w:p w14:paraId="2F01FC2E" w14:textId="09599DFE" w:rsidR="004935E5" w:rsidRPr="004935E5" w:rsidRDefault="00000000" w:rsidP="004935E5">
      <w:pPr>
        <w:spacing w:line="360" w:lineRule="auto"/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Autorizo al cuerpo docente de la Institución a actuar en caso de emergencia y a realizar las maniobras de asistencia y primeros auxilios a mi hijo/a ________________________________ hasta la llegada del servicio médico del colegio.</w:t>
      </w:r>
      <w:r w:rsidRPr="004935E5">
        <w:rPr>
          <w:rFonts w:ascii="Arial" w:hAnsi="Arial" w:cs="Arial"/>
          <w:lang w:val="es-AR"/>
        </w:rPr>
        <w:br/>
        <w:t>Asimismo, autorizo a los médicos de la empresa de emergencias médicas a proceder a la asistencia de mi hijo/a en caso de urgencia.</w:t>
      </w:r>
    </w:p>
    <w:p w14:paraId="7920AF0C" w14:textId="77777777" w:rsidR="00672497" w:rsidRPr="004935E5" w:rsidRDefault="00000000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Firma: __________________________</w:t>
      </w:r>
    </w:p>
    <w:p w14:paraId="75E863FB" w14:textId="77777777" w:rsidR="00672497" w:rsidRPr="004935E5" w:rsidRDefault="00000000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Aclaración: _____________________</w:t>
      </w:r>
    </w:p>
    <w:p w14:paraId="6F508180" w14:textId="77777777" w:rsidR="00672497" w:rsidRPr="004935E5" w:rsidRDefault="00000000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DNI: ____________________________</w:t>
      </w:r>
    </w:p>
    <w:p w14:paraId="7E850C4C" w14:textId="77777777" w:rsidR="00672497" w:rsidRPr="004935E5" w:rsidRDefault="00000000">
      <w:pPr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>Parentesco: _____________________</w:t>
      </w:r>
    </w:p>
    <w:p w14:paraId="1770D047" w14:textId="1EA46E57" w:rsidR="00672497" w:rsidRPr="007F788B" w:rsidRDefault="00000000" w:rsidP="007B38B1">
      <w:pPr>
        <w:spacing w:line="480" w:lineRule="auto"/>
        <w:rPr>
          <w:rFonts w:ascii="Arial" w:hAnsi="Arial" w:cs="Arial"/>
          <w:b/>
          <w:bCs/>
          <w:color w:val="000000" w:themeColor="text1"/>
          <w:u w:val="single"/>
          <w:lang w:val="es-AR"/>
        </w:rPr>
      </w:pPr>
      <w:r w:rsidRPr="004935E5">
        <w:rPr>
          <w:rFonts w:ascii="Arial" w:hAnsi="Arial" w:cs="Arial"/>
          <w:lang w:val="es-AR"/>
        </w:rPr>
        <w:br w:type="page"/>
      </w:r>
      <w:r w:rsidRPr="007F788B">
        <w:rPr>
          <w:rFonts w:ascii="Arial" w:hAnsi="Arial" w:cs="Arial"/>
          <w:b/>
          <w:bCs/>
          <w:color w:val="000000" w:themeColor="text1"/>
          <w:u w:val="single"/>
          <w:lang w:val="es-AR"/>
        </w:rPr>
        <w:lastRenderedPageBreak/>
        <w:t>SIMULACRO</w:t>
      </w:r>
      <w:r w:rsidR="008B5FB0" w:rsidRPr="007F788B">
        <w:rPr>
          <w:rFonts w:ascii="Arial" w:hAnsi="Arial" w:cs="Arial"/>
          <w:b/>
          <w:bCs/>
          <w:color w:val="000000" w:themeColor="text1"/>
          <w:u w:val="single"/>
          <w:lang w:val="es-AR"/>
        </w:rPr>
        <w:t>S</w:t>
      </w:r>
      <w:r w:rsidRPr="007F788B">
        <w:rPr>
          <w:rFonts w:ascii="Arial" w:hAnsi="Arial" w:cs="Arial"/>
          <w:b/>
          <w:bCs/>
          <w:color w:val="000000" w:themeColor="text1"/>
          <w:u w:val="single"/>
          <w:lang w:val="es-AR"/>
        </w:rPr>
        <w:t xml:space="preserve"> DE EMERGENCIA</w:t>
      </w:r>
    </w:p>
    <w:p w14:paraId="40DA44A9" w14:textId="6CCE3CA2" w:rsidR="004935E5" w:rsidRPr="004935E5" w:rsidRDefault="004935E5" w:rsidP="007B38B1">
      <w:pPr>
        <w:spacing w:line="480" w:lineRule="auto"/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b/>
          <w:bCs/>
          <w:lang w:val="es-AR"/>
        </w:rPr>
        <w:t>CICLO LECTIVO:</w:t>
      </w:r>
      <w:r w:rsidRPr="004935E5">
        <w:rPr>
          <w:rFonts w:ascii="Arial" w:hAnsi="Arial" w:cs="Arial"/>
          <w:lang w:val="es-AR"/>
        </w:rPr>
        <w:t xml:space="preserve"> _____________</w:t>
      </w:r>
    </w:p>
    <w:p w14:paraId="5DF2E17F" w14:textId="0A6E6175" w:rsidR="00672497" w:rsidRPr="004935E5" w:rsidRDefault="00000000" w:rsidP="004935E5">
      <w:pPr>
        <w:spacing w:line="360" w:lineRule="auto"/>
        <w:rPr>
          <w:rFonts w:ascii="Arial" w:hAnsi="Arial" w:cs="Arial"/>
          <w:lang w:val="es-AR"/>
        </w:rPr>
      </w:pPr>
      <w:r w:rsidRPr="004935E5">
        <w:rPr>
          <w:rFonts w:ascii="Arial" w:hAnsi="Arial" w:cs="Arial"/>
          <w:lang w:val="es-AR"/>
        </w:rPr>
        <w:t xml:space="preserve">Autorizo a mi hijo/a ________________________________ DNI __________________ a participar de simulacros de emergencia organizados por la institución, en las fechas notificadas a Defensa Civil, y a salir del edificio </w:t>
      </w:r>
      <w:r w:rsidR="007B38B1">
        <w:rPr>
          <w:rFonts w:ascii="Arial" w:hAnsi="Arial" w:cs="Arial"/>
          <w:lang w:val="es-AR"/>
        </w:rPr>
        <w:t xml:space="preserve">en caso de que </w:t>
      </w:r>
      <w:r w:rsidRPr="004935E5">
        <w:rPr>
          <w:rFonts w:ascii="Arial" w:hAnsi="Arial" w:cs="Arial"/>
          <w:lang w:val="es-AR"/>
        </w:rPr>
        <w:t>las circunstancias lo requirieran.</w:t>
      </w:r>
      <w:r w:rsidRPr="004935E5">
        <w:rPr>
          <w:rFonts w:ascii="Arial" w:hAnsi="Arial" w:cs="Arial"/>
          <w:lang w:val="es-AR"/>
        </w:rPr>
        <w:br/>
        <w:t>Lugar de albergue en caso de siniestro: Club Pinocho (Manuela Pedraza 5139, CABA).</w:t>
      </w:r>
      <w:r w:rsidR="004935E5" w:rsidRPr="004935E5">
        <w:rPr>
          <w:rFonts w:ascii="Arial" w:hAnsi="Arial" w:cs="Arial"/>
          <w:lang w:val="es-AR"/>
        </w:rPr>
        <w:t xml:space="preserve"> </w:t>
      </w:r>
    </w:p>
    <w:p w14:paraId="49C1BDB2" w14:textId="77777777" w:rsidR="00672497" w:rsidRPr="004935E5" w:rsidRDefault="00000000">
      <w:pPr>
        <w:rPr>
          <w:rFonts w:ascii="Arial" w:hAnsi="Arial" w:cs="Arial"/>
        </w:rPr>
      </w:pPr>
      <w:proofErr w:type="spellStart"/>
      <w:r w:rsidRPr="004935E5">
        <w:rPr>
          <w:rFonts w:ascii="Arial" w:hAnsi="Arial" w:cs="Arial"/>
        </w:rPr>
        <w:t>Firma</w:t>
      </w:r>
      <w:proofErr w:type="spellEnd"/>
      <w:r w:rsidRPr="004935E5">
        <w:rPr>
          <w:rFonts w:ascii="Arial" w:hAnsi="Arial" w:cs="Arial"/>
        </w:rPr>
        <w:t>: __________________________</w:t>
      </w:r>
    </w:p>
    <w:p w14:paraId="28973978" w14:textId="77777777" w:rsidR="00672497" w:rsidRPr="004935E5" w:rsidRDefault="00000000">
      <w:pPr>
        <w:rPr>
          <w:rFonts w:ascii="Arial" w:hAnsi="Arial" w:cs="Arial"/>
        </w:rPr>
      </w:pPr>
      <w:r w:rsidRPr="004935E5">
        <w:rPr>
          <w:rFonts w:ascii="Arial" w:hAnsi="Arial" w:cs="Arial"/>
        </w:rPr>
        <w:t>Aclaración: _____________________</w:t>
      </w:r>
    </w:p>
    <w:p w14:paraId="4C848856" w14:textId="77777777" w:rsidR="00672497" w:rsidRPr="004935E5" w:rsidRDefault="00000000">
      <w:pPr>
        <w:rPr>
          <w:rFonts w:ascii="Arial" w:hAnsi="Arial" w:cs="Arial"/>
        </w:rPr>
      </w:pPr>
      <w:r w:rsidRPr="004935E5">
        <w:rPr>
          <w:rFonts w:ascii="Arial" w:hAnsi="Arial" w:cs="Arial"/>
        </w:rPr>
        <w:t>DNI: ____________________________</w:t>
      </w:r>
    </w:p>
    <w:p w14:paraId="136F199F" w14:textId="77777777" w:rsidR="00672497" w:rsidRDefault="00000000">
      <w:pPr>
        <w:rPr>
          <w:rFonts w:ascii="Arial" w:hAnsi="Arial" w:cs="Arial"/>
        </w:rPr>
      </w:pPr>
      <w:proofErr w:type="spellStart"/>
      <w:r w:rsidRPr="004935E5">
        <w:rPr>
          <w:rFonts w:ascii="Arial" w:hAnsi="Arial" w:cs="Arial"/>
        </w:rPr>
        <w:t>Parentesco</w:t>
      </w:r>
      <w:proofErr w:type="spellEnd"/>
      <w:r w:rsidRPr="004935E5">
        <w:rPr>
          <w:rFonts w:ascii="Arial" w:hAnsi="Arial" w:cs="Arial"/>
        </w:rPr>
        <w:t>: _____________________</w:t>
      </w:r>
    </w:p>
    <w:p w14:paraId="6E7E2BB5" w14:textId="77777777" w:rsidR="007B38B1" w:rsidRPr="004935E5" w:rsidRDefault="007B38B1">
      <w:pPr>
        <w:rPr>
          <w:rFonts w:ascii="Arial" w:hAnsi="Arial" w:cs="Arial"/>
        </w:rPr>
      </w:pPr>
    </w:p>
    <w:sectPr w:rsidR="007B38B1" w:rsidRPr="004935E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84574081">
    <w:abstractNumId w:val="8"/>
  </w:num>
  <w:num w:numId="2" w16cid:durableId="1296177516">
    <w:abstractNumId w:val="6"/>
  </w:num>
  <w:num w:numId="3" w16cid:durableId="1089346926">
    <w:abstractNumId w:val="5"/>
  </w:num>
  <w:num w:numId="4" w16cid:durableId="718433400">
    <w:abstractNumId w:val="4"/>
  </w:num>
  <w:num w:numId="5" w16cid:durableId="2085256707">
    <w:abstractNumId w:val="7"/>
  </w:num>
  <w:num w:numId="6" w16cid:durableId="2069382240">
    <w:abstractNumId w:val="3"/>
  </w:num>
  <w:num w:numId="7" w16cid:durableId="540170539">
    <w:abstractNumId w:val="2"/>
  </w:num>
  <w:num w:numId="8" w16cid:durableId="761297124">
    <w:abstractNumId w:val="1"/>
  </w:num>
  <w:num w:numId="9" w16cid:durableId="1474828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4935E5"/>
    <w:rsid w:val="004B62F1"/>
    <w:rsid w:val="00672497"/>
    <w:rsid w:val="007B38B1"/>
    <w:rsid w:val="007F788B"/>
    <w:rsid w:val="008B5FB0"/>
    <w:rsid w:val="009347E8"/>
    <w:rsid w:val="00AA1D8D"/>
    <w:rsid w:val="00B47730"/>
    <w:rsid w:val="00C661E7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FC5062"/>
  <w14:defaultImageDpi w14:val="300"/>
  <w15:docId w15:val="{E52FE814-303C-3049-9C0F-3A1F96EA3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255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 Madison</cp:lastModifiedBy>
  <cp:revision>4</cp:revision>
  <dcterms:created xsi:type="dcterms:W3CDTF">2025-12-26T23:57:00Z</dcterms:created>
  <dcterms:modified xsi:type="dcterms:W3CDTF">2025-12-27T00:29:00Z</dcterms:modified>
  <cp:category/>
</cp:coreProperties>
</file>