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27FD38" w14:textId="3F31470B" w:rsidR="00AC740C" w:rsidRPr="00C15CCB" w:rsidRDefault="00000000" w:rsidP="00C15CCB">
      <w:pPr>
        <w:pStyle w:val="Ttulo1"/>
        <w:rPr>
          <w:rFonts w:ascii="Arial" w:hAnsi="Arial" w:cs="Arial"/>
          <w:color w:val="000000" w:themeColor="text1"/>
          <w:lang w:val="es-AR"/>
        </w:rPr>
      </w:pPr>
      <w:r w:rsidRPr="00C15CCB">
        <w:rPr>
          <w:rFonts w:ascii="Arial" w:hAnsi="Arial" w:cs="Arial"/>
          <w:color w:val="000000" w:themeColor="text1"/>
          <w:lang w:val="es-AR"/>
        </w:rPr>
        <w:t>AUTORIZACI</w:t>
      </w:r>
      <w:r w:rsidR="0073694C">
        <w:rPr>
          <w:rFonts w:ascii="Arial" w:hAnsi="Arial" w:cs="Arial"/>
          <w:color w:val="000000" w:themeColor="text1"/>
          <w:lang w:val="es-AR"/>
        </w:rPr>
        <w:t>O</w:t>
      </w:r>
      <w:r w:rsidRPr="00C15CCB">
        <w:rPr>
          <w:rFonts w:ascii="Arial" w:hAnsi="Arial" w:cs="Arial"/>
          <w:color w:val="000000" w:themeColor="text1"/>
          <w:lang w:val="es-AR"/>
        </w:rPr>
        <w:t>N</w:t>
      </w:r>
      <w:r w:rsidR="00DA3E76">
        <w:rPr>
          <w:rFonts w:ascii="Arial" w:hAnsi="Arial" w:cs="Arial"/>
          <w:color w:val="000000" w:themeColor="text1"/>
          <w:lang w:val="es-AR"/>
        </w:rPr>
        <w:t>ES</w:t>
      </w:r>
      <w:r w:rsidRPr="00C15CCB">
        <w:rPr>
          <w:rFonts w:ascii="Arial" w:hAnsi="Arial" w:cs="Arial"/>
          <w:color w:val="000000" w:themeColor="text1"/>
          <w:lang w:val="es-AR"/>
        </w:rPr>
        <w:t xml:space="preserve"> – ACTIVIDADES DE</w:t>
      </w:r>
      <w:r w:rsidR="00C15CCB">
        <w:rPr>
          <w:rFonts w:ascii="Arial" w:hAnsi="Arial" w:cs="Arial"/>
          <w:color w:val="000000" w:themeColor="text1"/>
          <w:lang w:val="es-AR"/>
        </w:rPr>
        <w:t>PORTIVAS</w:t>
      </w:r>
      <w:r w:rsidRPr="00C15CCB">
        <w:rPr>
          <w:rFonts w:ascii="Arial" w:hAnsi="Arial" w:cs="Arial"/>
          <w:lang w:val="es-AR"/>
        </w:rPr>
        <w:br/>
      </w:r>
    </w:p>
    <w:p w14:paraId="4A2CDEAA" w14:textId="7DD64339" w:rsidR="00C15CCB" w:rsidRPr="00DA3E76" w:rsidRDefault="00C15CCB">
      <w:pPr>
        <w:pStyle w:val="Ttulo2"/>
        <w:rPr>
          <w:rFonts w:ascii="Arial" w:hAnsi="Arial" w:cs="Arial"/>
          <w:color w:val="000000" w:themeColor="text1"/>
          <w:sz w:val="22"/>
          <w:szCs w:val="22"/>
          <w:u w:val="single"/>
          <w:lang w:val="es-AR"/>
        </w:rPr>
      </w:pPr>
      <w:r w:rsidRPr="00DA3E76">
        <w:rPr>
          <w:rFonts w:ascii="Arial" w:hAnsi="Arial" w:cs="Arial"/>
          <w:color w:val="000000" w:themeColor="text1"/>
          <w:sz w:val="22"/>
          <w:szCs w:val="22"/>
          <w:u w:val="single"/>
          <w:lang w:val="es-AR"/>
        </w:rPr>
        <w:t>CAMPO DE DEPORTES - Prácticas Deportivas-</w:t>
      </w:r>
    </w:p>
    <w:p w14:paraId="682A0F94" w14:textId="409AC88F" w:rsidR="00AC740C" w:rsidRPr="00C15CCB" w:rsidRDefault="00C15CCB" w:rsidP="00C15CCB">
      <w:pPr>
        <w:rPr>
          <w:lang w:val="es-AR"/>
        </w:rPr>
      </w:pPr>
      <w:r>
        <w:rPr>
          <w:lang w:val="es-AR"/>
        </w:rPr>
        <w:t xml:space="preserve"> </w:t>
      </w:r>
    </w:p>
    <w:p w14:paraId="30A4907C" w14:textId="4561093B" w:rsidR="00AC740C" w:rsidRPr="00C15CCB" w:rsidRDefault="00000000" w:rsidP="00C15CCB">
      <w:pPr>
        <w:spacing w:line="360" w:lineRule="auto"/>
        <w:rPr>
          <w:rFonts w:ascii="Arial" w:hAnsi="Arial" w:cs="Arial"/>
          <w:lang w:val="es-AR"/>
        </w:rPr>
      </w:pPr>
      <w:r w:rsidRPr="00C15CCB">
        <w:rPr>
          <w:rFonts w:ascii="Arial" w:hAnsi="Arial" w:cs="Arial"/>
          <w:lang w:val="es-AR"/>
        </w:rPr>
        <w:t xml:space="preserve">Autorizo a mi hijo/a ______________________________________________ </w:t>
      </w:r>
      <w:proofErr w:type="spellStart"/>
      <w:r w:rsidRPr="00C15CCB">
        <w:rPr>
          <w:rFonts w:ascii="Arial" w:hAnsi="Arial" w:cs="Arial"/>
          <w:lang w:val="es-AR"/>
        </w:rPr>
        <w:t>a</w:t>
      </w:r>
      <w:proofErr w:type="spellEnd"/>
      <w:r w:rsidRPr="00C15CCB">
        <w:rPr>
          <w:rFonts w:ascii="Arial" w:hAnsi="Arial" w:cs="Arial"/>
          <w:lang w:val="es-AR"/>
        </w:rPr>
        <w:t xml:space="preserve"> concurrir al Campo de Deportes SB5, ubicado dentro del Parque Sarmiento (Av. Dr. Ricardo Balbín 4750, CABA), los lunes de 14:00 a 16:40 h, en el marco de las actividades escolares de Educación Física, durante el ciclo lectivo ____________.</w:t>
      </w:r>
    </w:p>
    <w:p w14:paraId="3447B838" w14:textId="77777777" w:rsidR="00AC740C" w:rsidRPr="00C15CCB" w:rsidRDefault="00000000">
      <w:pPr>
        <w:rPr>
          <w:rFonts w:ascii="Arial" w:hAnsi="Arial" w:cs="Arial"/>
          <w:lang w:val="es-AR"/>
        </w:rPr>
      </w:pPr>
      <w:r w:rsidRPr="00C15CCB">
        <w:rPr>
          <w:rFonts w:ascii="Arial" w:hAnsi="Arial" w:cs="Arial"/>
          <w:lang w:val="es-AR"/>
        </w:rPr>
        <w:br/>
        <w:t>Firma del responsable: ______________________________</w:t>
      </w:r>
    </w:p>
    <w:p w14:paraId="3E7307A6" w14:textId="77777777" w:rsidR="00AC740C" w:rsidRPr="00C15CCB" w:rsidRDefault="00000000">
      <w:pPr>
        <w:rPr>
          <w:rFonts w:ascii="Arial" w:hAnsi="Arial" w:cs="Arial"/>
          <w:lang w:val="es-AR"/>
        </w:rPr>
      </w:pPr>
      <w:r w:rsidRPr="00C15CCB">
        <w:rPr>
          <w:rFonts w:ascii="Arial" w:hAnsi="Arial" w:cs="Arial"/>
          <w:lang w:val="es-AR"/>
        </w:rPr>
        <w:t>Aclaración: _______________________________________</w:t>
      </w:r>
    </w:p>
    <w:p w14:paraId="3C466BFD" w14:textId="77777777" w:rsidR="00AC740C" w:rsidRPr="00C15CCB" w:rsidRDefault="00000000">
      <w:pPr>
        <w:rPr>
          <w:rFonts w:ascii="Arial" w:hAnsi="Arial" w:cs="Arial"/>
          <w:lang w:val="es-AR"/>
        </w:rPr>
      </w:pPr>
      <w:r w:rsidRPr="00C15CCB">
        <w:rPr>
          <w:rFonts w:ascii="Arial" w:hAnsi="Arial" w:cs="Arial"/>
          <w:lang w:val="es-AR"/>
        </w:rPr>
        <w:t>DNI: _____________________________________________</w:t>
      </w:r>
    </w:p>
    <w:p w14:paraId="74A99B2E" w14:textId="77777777" w:rsidR="00AC740C" w:rsidRDefault="00000000">
      <w:pPr>
        <w:rPr>
          <w:rFonts w:ascii="Arial" w:hAnsi="Arial" w:cs="Arial"/>
          <w:lang w:val="es-AR"/>
        </w:rPr>
      </w:pPr>
      <w:r w:rsidRPr="00C15CCB">
        <w:rPr>
          <w:rFonts w:ascii="Arial" w:hAnsi="Arial" w:cs="Arial"/>
          <w:lang w:val="es-AR"/>
        </w:rPr>
        <w:t>Fecha: ____ / ____ / ______</w:t>
      </w:r>
    </w:p>
    <w:p w14:paraId="1AFB8B2C" w14:textId="77777777" w:rsidR="0073694C" w:rsidRDefault="0073694C" w:rsidP="0073694C">
      <w:pPr>
        <w:rPr>
          <w:rFonts w:ascii="Arial" w:hAnsi="Arial" w:cs="Arial"/>
          <w:lang w:val="es-AR"/>
        </w:rPr>
      </w:pPr>
      <w:r w:rsidRPr="00C15CCB">
        <w:rPr>
          <w:rFonts w:ascii="Arial" w:hAnsi="Arial" w:cs="Arial"/>
          <w:lang w:val="es-AR"/>
        </w:rPr>
        <w:t>__________________________________________________</w:t>
      </w:r>
    </w:p>
    <w:p w14:paraId="12E190BB" w14:textId="12F301AD" w:rsidR="00DA3E76" w:rsidRPr="0073694C" w:rsidRDefault="0073694C" w:rsidP="0073694C">
      <w:pPr>
        <w:rPr>
          <w:rFonts w:ascii="Arial" w:hAnsi="Arial" w:cs="Arial"/>
          <w:b/>
          <w:bCs/>
          <w:lang w:val="es-AR"/>
        </w:rPr>
      </w:pPr>
      <w:r w:rsidRPr="00C15CCB">
        <w:rPr>
          <w:rFonts w:ascii="Arial" w:hAnsi="Arial" w:cs="Arial"/>
          <w:lang w:val="es-AR"/>
        </w:rPr>
        <w:br/>
      </w:r>
      <w:r w:rsidR="00DA3E76" w:rsidRPr="0073694C">
        <w:rPr>
          <w:rFonts w:ascii="Arial" w:hAnsi="Arial" w:cs="Arial"/>
          <w:b/>
          <w:bCs/>
          <w:color w:val="000000" w:themeColor="text1"/>
          <w:u w:val="single"/>
          <w:lang w:val="es-AR"/>
        </w:rPr>
        <w:t>AUTORIZACIÓN – CLUB SUNDERLAND (</w:t>
      </w:r>
      <w:r>
        <w:rPr>
          <w:rFonts w:ascii="Arial" w:hAnsi="Arial" w:cs="Arial"/>
          <w:b/>
          <w:bCs/>
          <w:color w:val="000000" w:themeColor="text1"/>
          <w:u w:val="single"/>
          <w:lang w:val="es-AR"/>
        </w:rPr>
        <w:t>días de lluvia</w:t>
      </w:r>
      <w:r w:rsidR="00DA3E76" w:rsidRPr="0073694C">
        <w:rPr>
          <w:rFonts w:ascii="Arial" w:hAnsi="Arial" w:cs="Arial"/>
          <w:b/>
          <w:bCs/>
          <w:color w:val="000000" w:themeColor="text1"/>
          <w:u w:val="single"/>
          <w:lang w:val="es-AR"/>
        </w:rPr>
        <w:t>)</w:t>
      </w:r>
    </w:p>
    <w:p w14:paraId="70DB435E" w14:textId="77777777" w:rsidR="00DA3E76" w:rsidRPr="00DA3E76" w:rsidRDefault="00DA3E76" w:rsidP="00DA3E76">
      <w:pPr>
        <w:rPr>
          <w:lang w:val="es-AR"/>
        </w:rPr>
      </w:pPr>
    </w:p>
    <w:p w14:paraId="63C1033E" w14:textId="4E1CEB68" w:rsidR="00DA3E76" w:rsidRDefault="0073694C" w:rsidP="00DA3E76">
      <w:pPr>
        <w:spacing w:line="480" w:lineRule="auto"/>
        <w:rPr>
          <w:rFonts w:ascii="Arial" w:hAnsi="Arial" w:cs="Arial"/>
          <w:lang w:val="es-AR"/>
        </w:rPr>
      </w:pPr>
      <w:r>
        <w:rPr>
          <w:rFonts w:ascii="Arial" w:hAnsi="Arial" w:cs="Arial"/>
          <w:lang w:val="es-AR"/>
        </w:rPr>
        <w:t>A</w:t>
      </w:r>
      <w:r w:rsidR="00DA3E76" w:rsidRPr="00A96BDC">
        <w:rPr>
          <w:rFonts w:ascii="Arial" w:hAnsi="Arial" w:cs="Arial"/>
          <w:lang w:val="es-AR"/>
        </w:rPr>
        <w:t>utorizo a mi hijo/a _________________________________________</w:t>
      </w:r>
      <w:r>
        <w:rPr>
          <w:rFonts w:ascii="Arial" w:hAnsi="Arial" w:cs="Arial"/>
          <w:lang w:val="es-AR"/>
        </w:rPr>
        <w:t xml:space="preserve"> </w:t>
      </w:r>
      <w:r w:rsidR="00DA3E76" w:rsidRPr="00A96BDC">
        <w:rPr>
          <w:rFonts w:ascii="Arial" w:hAnsi="Arial" w:cs="Arial"/>
          <w:lang w:val="es-AR"/>
        </w:rPr>
        <w:t xml:space="preserve"> a concurrir al Club </w:t>
      </w:r>
      <w:proofErr w:type="spellStart"/>
      <w:r w:rsidR="00DA3E76" w:rsidRPr="00A96BDC">
        <w:rPr>
          <w:rFonts w:ascii="Arial" w:hAnsi="Arial" w:cs="Arial"/>
          <w:lang w:val="es-AR"/>
        </w:rPr>
        <w:t>Sunderland</w:t>
      </w:r>
      <w:proofErr w:type="spellEnd"/>
      <w:r w:rsidR="00DA3E76">
        <w:rPr>
          <w:rFonts w:ascii="Arial" w:hAnsi="Arial" w:cs="Arial"/>
          <w:lang w:val="es-AR"/>
        </w:rPr>
        <w:t xml:space="preserve"> (Lugones 3161, CABA) </w:t>
      </w:r>
      <w:r w:rsidR="00DA3E76" w:rsidRPr="00A96BDC">
        <w:rPr>
          <w:rFonts w:ascii="Arial" w:hAnsi="Arial" w:cs="Arial"/>
          <w:lang w:val="es-AR"/>
        </w:rPr>
        <w:t>los días lunes en caso de lluvia, cuando se suspenda la actividad prevista en el campo</w:t>
      </w:r>
      <w:r w:rsidR="00544F04">
        <w:rPr>
          <w:rFonts w:ascii="Arial" w:hAnsi="Arial" w:cs="Arial"/>
          <w:lang w:val="es-AR"/>
        </w:rPr>
        <w:t xml:space="preserve"> de deportes,</w:t>
      </w:r>
      <w:r w:rsidR="00DA3E76" w:rsidRPr="00A96BDC">
        <w:rPr>
          <w:rFonts w:ascii="Arial" w:hAnsi="Arial" w:cs="Arial"/>
          <w:lang w:val="es-AR"/>
        </w:rPr>
        <w:t xml:space="preserve"> en el marco de las actividades escolares </w:t>
      </w:r>
      <w:r w:rsidR="00544F04">
        <w:rPr>
          <w:rFonts w:ascii="Arial" w:hAnsi="Arial" w:cs="Arial"/>
          <w:lang w:val="es-AR"/>
        </w:rPr>
        <w:t>de Ed. Física</w:t>
      </w:r>
      <w:r>
        <w:rPr>
          <w:rFonts w:ascii="Arial" w:hAnsi="Arial" w:cs="Arial"/>
          <w:lang w:val="es-AR"/>
        </w:rPr>
        <w:t xml:space="preserve">, durante el ciclo lectivo </w:t>
      </w:r>
      <w:r w:rsidRPr="00A96BDC">
        <w:rPr>
          <w:rFonts w:ascii="Arial" w:hAnsi="Arial" w:cs="Arial"/>
          <w:lang w:val="es-AR"/>
        </w:rPr>
        <w:t xml:space="preserve"> __________.</w:t>
      </w:r>
    </w:p>
    <w:p w14:paraId="4406C630" w14:textId="099C2F33" w:rsidR="00DA3E76" w:rsidRPr="00A96BDC" w:rsidRDefault="00DA3E76" w:rsidP="00DA3E76">
      <w:pPr>
        <w:spacing w:line="360" w:lineRule="auto"/>
        <w:rPr>
          <w:rFonts w:ascii="Arial" w:hAnsi="Arial" w:cs="Arial"/>
          <w:lang w:val="es-AR"/>
        </w:rPr>
      </w:pPr>
      <w:r w:rsidRPr="00A96BDC">
        <w:rPr>
          <w:rFonts w:ascii="Arial" w:hAnsi="Arial" w:cs="Arial"/>
          <w:lang w:val="es-AR"/>
        </w:rPr>
        <w:t>Firma del adulto responsable: _______________________________</w:t>
      </w:r>
    </w:p>
    <w:p w14:paraId="52EDF993" w14:textId="77777777" w:rsidR="00DA3E76" w:rsidRPr="00A96BDC" w:rsidRDefault="00DA3E76" w:rsidP="00DA3E76">
      <w:pPr>
        <w:spacing w:line="360" w:lineRule="auto"/>
        <w:rPr>
          <w:rFonts w:ascii="Arial" w:hAnsi="Arial" w:cs="Arial"/>
          <w:lang w:val="es-AR"/>
        </w:rPr>
      </w:pPr>
      <w:r w:rsidRPr="00A96BDC">
        <w:rPr>
          <w:rFonts w:ascii="Arial" w:hAnsi="Arial" w:cs="Arial"/>
          <w:lang w:val="es-AR"/>
        </w:rPr>
        <w:t>Aclaración: _______________________________________________</w:t>
      </w:r>
    </w:p>
    <w:p w14:paraId="0E8C69F3" w14:textId="77777777" w:rsidR="00DA3E76" w:rsidRPr="00A96BDC" w:rsidRDefault="00DA3E76" w:rsidP="00DA3E76">
      <w:pPr>
        <w:spacing w:line="360" w:lineRule="auto"/>
        <w:rPr>
          <w:rFonts w:ascii="Arial" w:hAnsi="Arial" w:cs="Arial"/>
          <w:lang w:val="es-AR"/>
        </w:rPr>
      </w:pPr>
      <w:r w:rsidRPr="00A96BDC">
        <w:rPr>
          <w:rFonts w:ascii="Arial" w:hAnsi="Arial" w:cs="Arial"/>
          <w:lang w:val="es-AR"/>
        </w:rPr>
        <w:t>DNI: ____________________________________________________</w:t>
      </w:r>
    </w:p>
    <w:p w14:paraId="29B31E7C" w14:textId="36F7CD0F" w:rsidR="00AC740C" w:rsidRPr="00544F04" w:rsidRDefault="00DA3E76" w:rsidP="00544F04">
      <w:pPr>
        <w:spacing w:line="360" w:lineRule="auto"/>
        <w:rPr>
          <w:rFonts w:ascii="Arial" w:hAnsi="Arial" w:cs="Arial"/>
        </w:rPr>
      </w:pPr>
      <w:proofErr w:type="spellStart"/>
      <w:r w:rsidRPr="00A96BDC">
        <w:rPr>
          <w:rFonts w:ascii="Arial" w:hAnsi="Arial" w:cs="Arial"/>
        </w:rPr>
        <w:t>Fecha</w:t>
      </w:r>
      <w:proofErr w:type="spellEnd"/>
      <w:r w:rsidRPr="00A96BDC">
        <w:rPr>
          <w:rFonts w:ascii="Arial" w:hAnsi="Arial" w:cs="Arial"/>
        </w:rPr>
        <w:t>: ___________________________________________________</w:t>
      </w:r>
      <w:r w:rsidR="00000000" w:rsidRPr="00C15CCB">
        <w:rPr>
          <w:rFonts w:ascii="Arial" w:hAnsi="Arial" w:cs="Arial"/>
          <w:lang w:val="es-AR"/>
        </w:rPr>
        <w:br/>
      </w:r>
    </w:p>
    <w:p w14:paraId="57A54EBE" w14:textId="0211C11F" w:rsidR="00AC740C" w:rsidRPr="00DA3E76" w:rsidRDefault="00C15CCB">
      <w:pPr>
        <w:pStyle w:val="Ttulo2"/>
        <w:rPr>
          <w:rFonts w:ascii="Arial" w:hAnsi="Arial" w:cs="Arial"/>
          <w:color w:val="000000" w:themeColor="text1"/>
          <w:sz w:val="22"/>
          <w:szCs w:val="22"/>
          <w:u w:val="single"/>
          <w:lang w:val="es-AR"/>
        </w:rPr>
      </w:pPr>
      <w:r w:rsidRPr="00DA3E76">
        <w:rPr>
          <w:rFonts w:ascii="Arial" w:hAnsi="Arial" w:cs="Arial"/>
          <w:color w:val="000000" w:themeColor="text1"/>
          <w:sz w:val="22"/>
          <w:szCs w:val="22"/>
          <w:u w:val="single"/>
          <w:lang w:val="es-AR"/>
        </w:rPr>
        <w:lastRenderedPageBreak/>
        <w:t xml:space="preserve">NATACIÓN  </w:t>
      </w:r>
      <w:r w:rsidR="00DA3E76" w:rsidRPr="00DA3E76">
        <w:rPr>
          <w:rFonts w:ascii="Arial" w:hAnsi="Arial" w:cs="Arial"/>
          <w:color w:val="000000" w:themeColor="text1"/>
          <w:sz w:val="22"/>
          <w:szCs w:val="22"/>
          <w:u w:val="single"/>
          <w:lang w:val="es-AR"/>
        </w:rPr>
        <w:t>-</w:t>
      </w:r>
      <w:r w:rsidRPr="00DA3E76">
        <w:rPr>
          <w:rFonts w:ascii="Arial" w:hAnsi="Arial" w:cs="Arial"/>
          <w:color w:val="000000" w:themeColor="text1"/>
          <w:sz w:val="22"/>
          <w:szCs w:val="22"/>
          <w:u w:val="single"/>
          <w:lang w:val="es-AR"/>
        </w:rPr>
        <w:t xml:space="preserve"> </w:t>
      </w:r>
      <w:r w:rsidR="0073694C">
        <w:rPr>
          <w:rFonts w:ascii="Arial" w:hAnsi="Arial" w:cs="Arial"/>
          <w:color w:val="000000" w:themeColor="text1"/>
          <w:sz w:val="22"/>
          <w:szCs w:val="22"/>
          <w:u w:val="single"/>
          <w:lang w:val="es-AR"/>
        </w:rPr>
        <w:t>Taller</w:t>
      </w:r>
      <w:r w:rsidR="00DA3E76" w:rsidRPr="00DA3E76">
        <w:rPr>
          <w:rFonts w:ascii="Arial" w:hAnsi="Arial" w:cs="Arial"/>
          <w:color w:val="000000" w:themeColor="text1"/>
          <w:sz w:val="22"/>
          <w:szCs w:val="22"/>
          <w:u w:val="single"/>
          <w:lang w:val="es-AR"/>
        </w:rPr>
        <w:t xml:space="preserve"> -</w:t>
      </w:r>
    </w:p>
    <w:p w14:paraId="0D6A10D5" w14:textId="77777777" w:rsidR="00C15CCB" w:rsidRPr="00C15CCB" w:rsidRDefault="00C15CCB" w:rsidP="00C15CCB">
      <w:pPr>
        <w:rPr>
          <w:lang w:val="es-AR"/>
        </w:rPr>
      </w:pPr>
    </w:p>
    <w:p w14:paraId="7BCAA4BD" w14:textId="58836FB3" w:rsidR="00AC740C" w:rsidRPr="00C15CCB" w:rsidRDefault="00000000" w:rsidP="00C15CCB">
      <w:pPr>
        <w:spacing w:line="360" w:lineRule="auto"/>
        <w:rPr>
          <w:rFonts w:ascii="Arial" w:hAnsi="Arial" w:cs="Arial"/>
          <w:lang w:val="es-AR"/>
        </w:rPr>
      </w:pPr>
      <w:r w:rsidRPr="00C15CCB">
        <w:rPr>
          <w:rFonts w:ascii="Arial" w:hAnsi="Arial" w:cs="Arial"/>
          <w:lang w:val="es-AR"/>
        </w:rPr>
        <w:t xml:space="preserve">Autorizo a mi hijo/a ______________________________________________ </w:t>
      </w:r>
      <w:proofErr w:type="spellStart"/>
      <w:r w:rsidRPr="00C15CCB">
        <w:rPr>
          <w:rFonts w:ascii="Arial" w:hAnsi="Arial" w:cs="Arial"/>
          <w:lang w:val="es-AR"/>
        </w:rPr>
        <w:t>a</w:t>
      </w:r>
      <w:proofErr w:type="spellEnd"/>
      <w:r w:rsidRPr="00C15CCB">
        <w:rPr>
          <w:rFonts w:ascii="Arial" w:hAnsi="Arial" w:cs="Arial"/>
          <w:lang w:val="es-AR"/>
        </w:rPr>
        <w:t xml:space="preserve"> concurrir al Club Pinocho, ubicado en Manuela Pedraza 5139, CABA, los miércoles de 14:00 a 16:40 h, en el marco de las actividades escolares de Educación Física, durante el ciclo lectivo ____________.</w:t>
      </w:r>
    </w:p>
    <w:p w14:paraId="281EDF12" w14:textId="77777777" w:rsidR="00AC740C" w:rsidRPr="00C15CCB" w:rsidRDefault="00000000">
      <w:pPr>
        <w:rPr>
          <w:rFonts w:ascii="Arial" w:hAnsi="Arial" w:cs="Arial"/>
          <w:lang w:val="es-AR"/>
        </w:rPr>
      </w:pPr>
      <w:r w:rsidRPr="00C15CCB">
        <w:rPr>
          <w:rFonts w:ascii="Arial" w:hAnsi="Arial" w:cs="Arial"/>
          <w:lang w:val="es-AR"/>
        </w:rPr>
        <w:br/>
        <w:t>Firma del responsable: ______________________________</w:t>
      </w:r>
    </w:p>
    <w:p w14:paraId="43608B7B" w14:textId="77777777" w:rsidR="00AC740C" w:rsidRPr="00C15CCB" w:rsidRDefault="00000000">
      <w:pPr>
        <w:rPr>
          <w:rFonts w:ascii="Arial" w:hAnsi="Arial" w:cs="Arial"/>
          <w:lang w:val="es-AR"/>
        </w:rPr>
      </w:pPr>
      <w:r w:rsidRPr="00C15CCB">
        <w:rPr>
          <w:rFonts w:ascii="Arial" w:hAnsi="Arial" w:cs="Arial"/>
          <w:lang w:val="es-AR"/>
        </w:rPr>
        <w:t>Aclaración: _______________________________________</w:t>
      </w:r>
    </w:p>
    <w:p w14:paraId="7E913AB7" w14:textId="77777777" w:rsidR="00AC740C" w:rsidRPr="00DA3E76" w:rsidRDefault="00000000">
      <w:pPr>
        <w:rPr>
          <w:rFonts w:ascii="Arial" w:hAnsi="Arial" w:cs="Arial"/>
          <w:lang w:val="es-AR"/>
        </w:rPr>
      </w:pPr>
      <w:r w:rsidRPr="00DA3E76">
        <w:rPr>
          <w:rFonts w:ascii="Arial" w:hAnsi="Arial" w:cs="Arial"/>
          <w:lang w:val="es-AR"/>
        </w:rPr>
        <w:t>DNI: _____________________________________________</w:t>
      </w:r>
    </w:p>
    <w:p w14:paraId="248685F4" w14:textId="77777777" w:rsidR="00AC740C" w:rsidRDefault="00000000">
      <w:proofErr w:type="spellStart"/>
      <w:r w:rsidRPr="00C15CCB">
        <w:rPr>
          <w:rFonts w:ascii="Arial" w:hAnsi="Arial" w:cs="Arial"/>
        </w:rPr>
        <w:t>Fecha</w:t>
      </w:r>
      <w:proofErr w:type="spellEnd"/>
      <w:r w:rsidRPr="00C15CCB">
        <w:rPr>
          <w:rFonts w:ascii="Arial" w:hAnsi="Arial" w:cs="Arial"/>
        </w:rPr>
        <w:t>: ____ / ____ /</w:t>
      </w:r>
      <w:r>
        <w:t xml:space="preserve"> ______</w:t>
      </w:r>
    </w:p>
    <w:p w14:paraId="69D7BDBF" w14:textId="77777777" w:rsidR="00DA3E76" w:rsidRDefault="00DA3E76"/>
    <w:p w14:paraId="0AE2795E" w14:textId="77777777" w:rsidR="00DA3E76" w:rsidRDefault="00DA3E76"/>
    <w:sectPr w:rsidR="00DA3E76" w:rsidSect="00C15CCB"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696268874">
    <w:abstractNumId w:val="8"/>
  </w:num>
  <w:num w:numId="2" w16cid:durableId="1386221383">
    <w:abstractNumId w:val="6"/>
  </w:num>
  <w:num w:numId="3" w16cid:durableId="1176118403">
    <w:abstractNumId w:val="5"/>
  </w:num>
  <w:num w:numId="4" w16cid:durableId="1581137375">
    <w:abstractNumId w:val="4"/>
  </w:num>
  <w:num w:numId="5" w16cid:durableId="131482846">
    <w:abstractNumId w:val="7"/>
  </w:num>
  <w:num w:numId="6" w16cid:durableId="668681330">
    <w:abstractNumId w:val="3"/>
  </w:num>
  <w:num w:numId="7" w16cid:durableId="254755183">
    <w:abstractNumId w:val="2"/>
  </w:num>
  <w:num w:numId="8" w16cid:durableId="951129854">
    <w:abstractNumId w:val="1"/>
  </w:num>
  <w:num w:numId="9" w16cid:durableId="17931626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9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4B62F1"/>
    <w:rsid w:val="00544F04"/>
    <w:rsid w:val="0073694C"/>
    <w:rsid w:val="00AA1D8D"/>
    <w:rsid w:val="00AC740C"/>
    <w:rsid w:val="00B47730"/>
    <w:rsid w:val="00C15CCB"/>
    <w:rsid w:val="00C661E7"/>
    <w:rsid w:val="00CB0664"/>
    <w:rsid w:val="00DA3E76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76BBF5D"/>
  <w14:defaultImageDpi w14:val="300"/>
  <w15:docId w15:val="{E52FE814-303C-3049-9C0F-3A1F96EA3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263</Words>
  <Characters>1450</Characters>
  <Application>Microsoft Office Word</Application>
  <DocSecurity>0</DocSecurity>
  <Lines>12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1710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Martin Madison</cp:lastModifiedBy>
  <cp:revision>3</cp:revision>
  <dcterms:created xsi:type="dcterms:W3CDTF">2013-12-23T23:15:00Z</dcterms:created>
  <dcterms:modified xsi:type="dcterms:W3CDTF">2025-12-27T00:29:00Z</dcterms:modified>
  <cp:category/>
</cp:coreProperties>
</file>